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Сельскохозяйственному обществу с ограниченной ответственностью «Васильевская»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