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Г Электроник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