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Мыльникову Виктору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