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«Алком электроникс»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