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Цыганок Сергея Васильевича (подробнее) Ответчики: Межрайонная ИФНС №1 по Брянской области (подробнее) Иные лица: УФНС РФ по Брянской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