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«Радсаф»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"РАДСАФ" (подробнее) Ответчики: ООО "Уфа-Синтез"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