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«Кроп- Пиво» Краснодар»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