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14.12.2023,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микрокредитная компания «Денежная Астрея»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