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"Промсвязьбанк" (подробнее) Ответчики: УПРАВЛЕНИЕ ФЕДЕРАЛЬНОЙ СЛУЖБЫ СУДЕБНЫХ ПРИСТАВОВ ПО ЧУВАШСКОЙ РЕСПУБЛИКЕ - ЧУВАШИИ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