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«Прогрессивные медицинские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