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Псковской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"Сова" (подробнее) Ответчики: Псковская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