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Казаряну Погосу Робертовичу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