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завод «Комбинированные дорожные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"Завод "Комбинированные дорожные машины" (подробнее) Ответчики: АО "РОШАЛЬСКИЙ ИНДУСТРИАЛЬНЫЙ ПАРК"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