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«Сыродел»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ФКУЗ "Санаторий Прогресс" МВД России (подробнее) Ответчики: ООО "Сыродел"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