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25.10.2023,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Вытновой Светланы Николаевны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