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31.10.2023,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Управление Федеральной антимонопольной службы по Санкт-Петербургу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