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Олейнику Алексею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