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«Новоуренгойская «Топливно-энергетическая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"Байкитская нефтегазоразведочная экспедиция" (подробнее) Ответчики: ООО "НОВОУРЕНГОЙСКАЯ "ТОПЛИВНО-ЭНЕРГЕТИЧЕСКАЯ КОМПАНИЯ" (подробнее) Иные лица: Отдел судебных приставов по САО г.Омска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