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«Горностроительный холдинг»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"Горностроительный холдинг" (подробнее) Ответчики: Инспекция Федеральной налоговой службы по Верх-Исетскому району г. Екатеринбурга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