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2914989b790-9535-4945-bb37-f408bddfd9e3, 291e36c949c-c8e5-49f7-acf0-11ba78d44220Арбитражного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2915219f873-b 2 f 3 - 4 d 45 -9698- 6 eb 5 f 1 bbf 5 b 7 , 291 b 74 ef 1 c 5 -3015- 4 f 7 a-919f-747659397e 79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Краснодарского края «Кубаньводкомплекс»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"Стройинжениринг" (подробнее) Ответчики: ГУП КК "Кубаньводкомплекс"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