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казенному учреждению Краснодарского края «Центр бухгалтерского учета»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