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Южной электронной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