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территориальному управлению Федеральной службы по надзору в сфере транспорта по Центральному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