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Жаркову Аркадию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