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Поволжского округа от 26.12.2023,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«Современные Гладильные технологии»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