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Тарасову Олегу Николаевичу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