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«Находкинский морской торговый порт»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АО "НАХОДКИНСКИЙ МОРСКОЙ ТОРГОВЫЙ ПОРТ" (подробнее) Ответчики: ООО "КР-КАПИТАЛ" (подробнее) Иные лица: Арбитражный суд Дальневосточного округа (подробнее) Общество с ограниченной ответсвенностью "РТС-тендер"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