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производственная Фирма «Хеликс»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