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Танерову Илье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