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«Ангарская городская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Иркутское региональное отделение Фонда социального страхования Российской Федерации (подробнее) Отделение фонда пенсионного и социального страхования Российской Федерации по Иркутской области (подробнее) Ответчики: ОБЛАСТНОЕ ГОСУДАРСТВЕННОЕ АВТОНОМНОЕ УЧРЕЖДЕНИЕ ЗДРАВООХРАНЕНИЯ "АНГАРСКАЯ ГОРОДСКАЯ БОЛЬНИЦА" (подробнее) Областное государственное автономное учреждение здравоохранения "Ангарская городская больница №1"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