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«АПгрейт»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"АПгрейт" (подробнее) Ответчики: УФАС РФ по РСО-Алания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