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27.02.2024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«Строительная компания «Русстрой»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 Строительная компания"Русстрой" (подробнее) ООО "Строительная экспертиза" (подробнее) Ответчики: Администрация городского округа Чехов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