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казенному учреждению «Дирекция по строительству и эксплуатации автомобильных дорог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Областное государственное казенное учреждение "Дирекция по строительству и эксплуатации автомобильных дорог Иркутской области" (подробнее) Ответчики: АО "Дорожная служба Иркутской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