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дорожной инфраструктуры и транспорта администрации города Тюмени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