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«Агентство пожарной безопасности»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