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26.12.2023,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Ломакина Сергея Алексеевича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