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СК «АФИНА»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СК "АФИНА" (подробнее) Ответчики: ИФНС №14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