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«Управление технологического транспорта» (далее – АО «УТТ», общество, истец) обратилось в Арбитражный суд Ханты- Мансийского автономного округа – Югры с иском к обществу с ограниченной ответственностью «Уральский завод спецтехники» (далее – ООО «УЗСТ», компания, ответчик, заявитель) о взыскании 773 520 руб. неустойки. Определением от 09.03.2023 к участию в деле в качестве третьего лица, не заявляющего самостоятельных требований относительно предмета спора, привлечено акционерное общество «Сбербанк Лизинг» (далее - АО «Сбербанк Лизинг»). Решением Арбитражного суда Ханты-Мансийского автономного округа – Югры от 14.06.2023, оставленным без изменения постановлением Восьмого арбитражного апелляционного суда от 22.08.2023, исковые требования удовлетворены, с ООО «УЗСТ» в пользу АО «УТТ» взыскана неустойка в 2 размере 773 520 руб., а также судебные расходы по уплате государственной пошлины в размере 18 470 руб. Постановлением Арбитражного суда Западно-Сибирского округа от 10.11.2023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сторонами не определен конкретный период, в течение которого после внесения предоплаты поставщик должен направить истцу гарантийное письмо о готовности товара к передаче. По мнению заявителя, поставка товара в пределах семидневного срока с момента внесения полной оплаты 11.01.2022 и 13.01.2022, соответствует положениям пункта 2 статьи 314 Гражданского кодекса Российской Федерации (далее – ГК РФ) и свидетельствует об отсутствии просрочки со стороны поставщика.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01.12.2021 между АО «Сбербанк Лизинг» (лизингодатель) и АО «УТТ» (лизингополучатель) заключен договор лизинга № ОВ/КОН-1243-142-01, в соответствии с пунктом 2.1 которого лизингодатель обязуется приобрести в собственность указанный лизингополучателем предмет лизинга у определенного лизингополучателем продавца – ООО «УЗСТ», и предоставить лизингополучателю этот предмет лизинга за плату во временное владение и пользование на срок, в порядке и на условиях, установленных настоящим договором лизинга, а лизингополучатель обязуется принять предмет лизинга во временное владение и пользование в предпринимательских целях, в соответствии с условиями договора лизинга. 01.12.2021 АО «УТТ» (получатель) заключило с ООО «УЗСТ» (продавец) и АО «Сбербанк Лизинг» (лизингодатель, покупатель) договор купли-продажи № OB/KOН-1243-142-01-С-01. В соответствии с условиями заключенного договора продавец обязуется передать покупателю в собственность, а покупатель оплатить и надлежащим 3 образом принять 1 (один) седельный тягач с КМУ УЗСТ 483Т-18, далее – «товар», по адресу: г. Нягань, проезд 8, д. 1, корп. 11. Пунктом 2.1 договора предусмотрена общая стоимость договора (цена товара, включая предпродажную подготовку товара, стоимость доставки до места передачи, уплату всех обязательных налогов, платежей, сборов и т.п.), которая составляет 7 650 000 руб., в том числе НДС – 1 275 000 руб. В соответствии с пунктом 3.1.1 договора покупатель осуществляет платеж в размере 30% от общей стоимости договора, что составляет 2 295 000 руб., в том числе НДС, путем перечисления денежных средств на расчетный счет продавца в течение 12 рабочих дней после подписания сторонами договора и получения от продавца соответствующего счета, в том числе посредством электронной связи, не считая дня получения счета, продавец имеет право запросить, а покупатель обязан незамедлительно предоставить платежное поручение, подтверждающие оплату предварительного (авансового) платежа по договору лизинга. В случае, если денежные средства получателя были направлены по неверным реквизитам, срок на оплату сдвигается пропорционально дате верной оплаты получателем. Продавец обязан выставить счет на оплату не позднее пяти календарных дней с даты заключения договора, не включая эту дату. Платеж в размере 70% от общей стоимости договора, что составляет 5 355 000 руб., в том числе НДС, покупатель осуществляет в течение 7 рабочих дней после получения от продавца гарантийного письма о готовности товара к передаче с прилагаемой заверенной продавцом копией ПТС/ПСМ на товар и получения соответствующего счета, в том числе посредством электронной связи, не считая дня получения счета. Согласно пункту 4.1 договора срок поставки товара – не позднее 20.12.2021 при условии поступления на расчетный счет продавца денежных средств в размере общей стоимости договора (пункт 2.1 договора). Покупатель во исполнение пункта 3.1.2 договора на основании платежного поручения от 11.01.2022 № 40115 произвел оплату в размере 70% от общей стоимости договора, что составило 5 355 000 руб. Как указал истец, ООО «УЗСТ» свои обязательства по поставке товара (1 единица) техники в срок, указанный в пункте 4.1 договора, не исполнило. Фактически товар по договору купли-продажи поставлен 17.01.2022, что подтверждается актом приема-передачи имущества в лизинг по договору лизинга от 01.12.2021 № ОВ/КОН-1243-142-01, в связи с чем ответчик нарушил срок поставки товара на 28 дней. Кроме того, 01.12.2021 АО «УТТ» (лизингополучатель) заключило с АО «Сбербанк Лизинг» (лизингодатель) договор лизинга № ОВ/КОН-1243-143-01. В соответствии с пунктом 2.1 договора лизингодатель обязуется приобрести в собственность указанный лизингополучателем предмет лизинга у определенного лизингополучателем продавца – ООО «УЗСТ» и предоставить лизингополучателю этот предмет лизинга за плату во временное владение и пользование на срок, в порядке и на условиях, установленных настоящим договором лизинга, а лизингополучатель обязуется принять предмет лизинга во 4 временное владение и пользование в предпринимательских целях, в соответствии с условиями договора лизинга. 01.12.2021 АО «УТТ» (получатель) заключил с ООО «УЗСТ» (продавец) и АО «Сбербанк Лизинг» (лизингодатель, покупатель) договор купли-продажи № ОВ/КОН-1243-143-01-С-01, в соответствии с условиями которого продавец обязуется передать покупателю в собственность, а покупатель оплатить и надлежащим образом принять 2 (два) седельных тягача УЗСТ 174Т-33, далее – «товар», по адресу: г. Нягань, проезд 8, д. 1, корп. 11. Пунктом 2.1 договора предусмотрена общая стоимость договора (цена товара, включая предпродажную подготовку товара, стоимость доставки до места передачи, уплату всех обязательных налогов, платежей, сборов и т.п.), которая составляет 9 480 000 руб., в том числе НДС – 1 580 000 руб. В соответствии с пунктом 3.1.1 договора покупатель осуществляет платеж в размере 30% от общей стоимости договора, что составляет 2 844 000 руб., в том числе НДС, путем перечисления денежных средств на расчетный счет продавца в течение 12 (двенадцати) рабочих дней после подписания сторонами настоящего договора и получения от продавца соответствующего счета, в том числе посредством электронной связи, не считая дня получения счета, продавец имеет право запросить, а получатель обязан незамедлительно предоставить платежное поручение, подтверждающие оплату предварительного (авансового) платежа по договору лизинга. В случае, если денежные средства получателя были направлены по неверным реквизитам, срок на оплату сдвигается пропорционально дате верной оплаты получателем. Продавец обязан выставить счет на оплату не позднее пяти календарных дней с даты заключения договора, не включая эту дату. Платеж в размере 70% от общей стоимости договора, что составляет 6 636 000 руб., в том числе НДС, покупатель осуществляет в течение семи рабочих дней после получения от продавца гарантийного письма о готовности товара к передаче с прилагаемой заверенной продавцом копией ПТС/ПСМ на товар и получения соответствующего счета, в том числе посредством электронной связи, не считая дня получения счета (пункт 3.1.2 договора). В соответствии пунктом 4.1 договора срок поставки товара – не позднее 17.12.2021 при условии поступления на расчетный счет продавца денежных средств в размере общей стоимости договора (пункт 2.1 договора). Со стороны покупателя и получателя обязательства выполнены в соответствии с пунктом 3.1 договора в полном объеме, что подтверждается платежными поручениями от 02.12.2021 № 33660 в размере 2 370 000 руб. и от 11.01.2022 № 40103 в размере 6 636 000 руб. Как указал истец, ответчик свои обязательства по поставке товара (2 единицы) техники в срок, указанный в пункте 4.1 договора, не исполнил. Фактически товар по договору купли-продажи был поставлен 17.01.2022, что подтверждается актом приема-передачи имущества в лизинг по договору лизинга от 01.12.2021 № ОВ/КОН-1243-143-01, в связи с чем ответчик нарушил срок поставки товара на 31 день. 5 Кроме того, 01.12.2021 АО «УТТ» (лизингополучатель) заключило с АО «Сбербанк Лизинг» (лизингодатель) договор лизинга № ОВ/КОН-1243-149-01. В соответствии с пунктом 2.1 договора лизингодатель обязуется приобрести в собственность указанный лизингополучателем предмет лизинга у определенного лизингополучателем продавца – ООО «УЗСТ» и предоставить лизингополучателю этот предмет лизинга за плату во временное владение и пользование па срок, в порядке и на условиях, установленных договором лизинга, а лизингополучатель обязуется принять предмет лизинга во временное владение и пользование в предпринимательских целях, в соответствии с условиями договора лизинга. 01.12.2021 АО «УТТ» (получатель) заключило с ООО «УЗСТ» (продавец) и АО «Сбербанк Лизинг» (лизингодатель, покупатель) договор купли-продажи № ОВ/КОН-1243-149-01-С-01, в соответствии с условиями которого продавец обязуется передать покупателю в собственность, а покупатель оплатить и надлежащим образом принять 2 (два) седельных тягача УЗСТ 174Т-33, далее – «товар», по адресу: г. Нягань, проезд 8, д. 1, корп. 11. Пунктом 2.1 договора предусмотрена общая стоимость договора (цена товара, включая предпродажную подготовку товара, стоимость доставки до места передачи, уплату всех обязательных налогов, платежей, сборов и т.п.), которая составляет 9 480 000 руб., в том числе НДС – 1 580 000 руб. В соответствии с пунктом 3.1.1 договора покупатель осуществляет платеж в размере 30% от общей стоимости договора, что составляет 2 844 000 руб., в том числе НДС, путем перечисления денежных средств на расчетный счет продавца в течение 12 рабочих дней после подписания сторонами настоящего договора и получения от продавца соответствующего счета, в том числе посредством электронной связи, не считая дня получения счета, продавец имеет право запросить, а получатель обязан незамедлительно предоставить платежное поручение, подтверждающие оплату предварительного (авансового) платежа по договору лизинга. В случае, если денежные средства получателя были направлены по неверным реквизитам, срок на оплату сдвигается пропорционально дате верной оплаты получателем. Продавец обязан выставить счет на оплату не позднее пяти календарных дней с даты заключения договора, не включая эту дату. Платеж в размере 70% от общей стоимости договора, что составляет 6 636 000 руб., в том числе НДС, покупатель осуществляет в течение семи рабочих дней после получения от продавца гарантийного письма о готовности товара к передаче с прилагаемой заверенной продавцом копией ПТС/ПСМ на товар и получения соответствующего счета, в том числе посредством электронной связи, не считая дня получения счета (пункт 3.1.2 договора). В соответствии пунктом 4.1 договора срок поставки товара – не позднее 20.12.2021 при условии поступления на расчетный счет продавца денежных средств в размере общей стоимости договора (пункт 2.1 договора). Со стороны покупателя и получателя обязательства выполнены в соответствии с пунктом 3.1 договора в полном объеме, что подтверждается 6 платежными поручениями от 02.12.2021 № 33649 в размере 2 370 000 руб. и от 13.01.2022 № 40502 в размере 6 636 000 руб. Как указал истец, ответчик свои обязательства по поставке товара (2 единицы) техники в срок, указанный в пункте 4.1 договора, не исполнил. Фактически товар по договору купли-продажи поставлен 17.01.2022, что подтверждается актом приема-передачи имущества в лизинг по договору лизинга от 01.12.2021 № ОВ/КОН-1243-149-01, в связи с чем ответчик нарушил срок поставки товара на 28 дней. В соответствии с пунктами 7.1 договоров купли-продажи № ОВ/К011- 1243-142-01-С01, № ОВ/КОН-1243-143-01-С-01, № ОВ/КОН-1243-149-01-С-01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законодательством. Согласно пунктам 7.2 договоров № ОВ/КОН-1243-142-01-С-01 от 01.12.2021, № OB/KOI1-1243-143-01-С-01 от 01.12.2021 и № ОВ/КОН-1243- 149-01-С-01 от 01.12.2021, если продавец задерживает поставку товара против даты, указанной в пункте 4.1 договора, продавец обязан уплатить покупателю (получателю) неустойку (пеню) в размере 0,1% от цены товара за каждый день просрочки. Истец обратился к ответчику с претензией от 31.01.2022 № 196 с требованием оплатить неустойку, начисленную за нарушение условий договоров. Неисполнение ответчиком претензионных требований послужило основанием для обращения истца в арбитражный суд с настоящим иском. Исследовав и оценив по правилам статей 9, 65, 68, 71 АПК РФ представленные доказательства, руководствуясь статьями 309-310, 328-330, 405-406, 421, 431-432, 486, 506 ГК РФ, разъяснениями, данными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установив факт нарушения ответчиком сроков поставки товара, проверив расчет истца и признав его верным, суды пришли к выводу об удовлетворении заявленных требований.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«Уральский завод спецтехники» для рассмотрения в 7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