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«Щербинский лифтостроительный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