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«СибШахтМонтаж» (далее – общество) обратилось в арбитражный суд с заявлением к Межрайонной инспекции Федеральной налоговой службы № 18 по Новосибирской области (далее – инспекция) о признании недействительным решения от 19.04.2021 № 1474 Инспекции Федеральной налоговой службы по Заельцовскому району г. Новосибирска о привлечении к налоговой ответственности за совершение налогового правонарушения. Решением Арбитражного суда Новосибирской области от 22.11.2022 заявленное требование удовлетворено. Постановлением Седьмого арбитражного апелляционного суда от 11.05.2023, оставленным без изменения постановлением Арбитражного суда Западно - Сибирского округа от 30.08.2023, решение суда первой инстанции отменено, по делу принят новый судебный акт об отказе в удовлетворении требования. Общество в лице конкурсного управляющего обратилось в Верховный Суд Российской Федерации с кассационной жалобой на судебные акты апелляционной и кассационной инстанций, в которой просит их отменить и оставить в силе решение суда первой инстанции. По запросу судьи Верховного Суда Российской Федерации от 09.01.2024 дело истребовано из Арбитражного суда Новосибирской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основанием для вынесения инспекцией оспариваемого решения послужил вывод налогового органа об осведомленности общества о том, что сумма НДС, учтенная в цене продукции, реализованной шахтами в процессе текущей хозяйственной деятельности организации-банкрота, при объеме и структуре их долгов заведомо для налогоплательщика не могла быть уплачена в бюджет. Оценив представленные в материалы дела доказательства и установив все фактические обстоятельства по делу, суды пришли к выводу о доказанности со стороны инспекции фактов злоупотребления налогоплательщиком своим правом, об использовании им необоснованных налоговых преференций в виде занижения подлежащего уплате в бюджет налога за счет совершения сделок с организациями-банкротами, фактически не уплачивающими налог, что свидетельствует о нарушении положений подпункта 1 пункта 2 статьи 54.1 НК РФ.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Взыскать с общества с ограниченной ответственностью «СибШахтМонтаж» в доход федерального бюджета государственную пошлину в размере 3 000 (трех тысяч) рублей. Поручить Арбитражному суду Новосибирской области выдать исполнительный лист. Судья Верховного Суда Российской Федерации А.Г. Першутов Суд: Верховный Суд РФ (подробнее) Истцы: ООО к/у "СибШахтМонтаж" Болоцкий А. Д. (подробнее) ООО "Сибшахтмонтаж" (подробнее) Ответчики: Инспекция Федеральной налоговой службы по Заельцовскому району г. Новосибирска (подробнее) Иные лица: Арбитражный суд Западно-Сибирского округа (подробнее) Верховный Суд Российской Федерации (подробнее) Конкурсный управляющий Болоцкий Алексей Дмитриевич (подробнее) МЕЖРАЙОННАЯ ИНСПЕКЦИЯ ФЕДЕРАЛЬНОЙ НАЛОГОВОЙ СЛУЖБЫ №18 ПО НОВОСИБИРСКОЙ ОБЛАСТИ (подробнее) Седьмой арбитражный апелляционный суд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