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«Сервисный центр Техносерв»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НПЦАП (подробнее) Ответчики: ООО "Сервисный центр Техносерв"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