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«Капитал Лайф Страхование Жизни»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"Капитал Лайф Страхование Жизни" (подробнее) Ответчики: Федеральная антимонопольная служба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