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Ситько Ивану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