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потребительского рынка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потребительского рынка Ростовской области (подробнее) Ответчики: ООО "Мелодия"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