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«Сельскохозяйственная Производственная Корпорация «Торчино»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"СЕЛЬСКОХОЗЯЙСТВЕННАЯ ПРОИЗВОДСТВЕННАЯ КОРПОРАЦИЯ "ТОРЧИНО" (подробнее) Ответчики: ИФНС России №9 по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