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организация многоквартирными домами Заволжского района»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"Управляющая организация многоквартирными домами Заволжского района" (подробнее) Ответчики: Департамент государственного жилищного надзора Ярославской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