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группа ЧЗТИ»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"ПГ ЧЗТИ" (подробнее) Ответчики: Инспекция Федеральной налоговой службы по Ленинскому району г. Челябинска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