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"ВОЛГОГРАДОБЛЭЛЕКТРО" (подробнее) Комитет тарифного регулирования Волгоградской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