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«Строительно-монтажное предприятие-3000»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"Строительно-монтажное предприятие-3000", г. Волжск (подробнее) Ответчики: Межрайонная инспекция Федеральной налоговой службы №6 по Республике Татарстан, г.Казань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