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Воскресенского муниципального района Саратовской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